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052B2" w14:textId="77777777" w:rsidR="00733DAD" w:rsidRDefault="00000000">
      <w:pPr>
        <w:jc w:val="center"/>
      </w:pPr>
      <w:r>
        <w:rPr>
          <w:b/>
          <w:sz w:val="26"/>
        </w:rPr>
        <w:t>UPLATNĚNÍ PRÁVA Z VADNÉHO PLNĚNÍ (REKLAMACE)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33DAD" w14:paraId="32C3E6BC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14CAF" w14:textId="77777777" w:rsidR="00733DAD" w:rsidRDefault="00000000">
            <w:pPr>
              <w:spacing w:after="0"/>
            </w:pPr>
            <w:r>
              <w:t>Jméno a příjmení: 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79D21" w14:textId="77777777" w:rsidR="00733DAD" w:rsidRDefault="00000000">
            <w:pPr>
              <w:spacing w:after="0"/>
            </w:pPr>
            <w:r>
              <w:t>DATAMATRIX s.r.o.</w:t>
            </w:r>
          </w:p>
        </w:tc>
      </w:tr>
      <w:tr w:rsidR="00733DAD" w14:paraId="4140E434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79BC8" w14:textId="77777777" w:rsidR="00733DAD" w:rsidRDefault="00000000">
            <w:pPr>
              <w:spacing w:after="0"/>
            </w:pPr>
            <w:r>
              <w:t>Adresa: ........................................................................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00732" w14:textId="77777777" w:rsidR="00733DAD" w:rsidRDefault="00000000">
            <w:pPr>
              <w:spacing w:after="0"/>
            </w:pPr>
            <w:r>
              <w:t>IČ: 08220697</w:t>
            </w:r>
          </w:p>
        </w:tc>
      </w:tr>
      <w:tr w:rsidR="00733DAD" w14:paraId="286275F1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6CF7" w14:textId="77777777" w:rsidR="00733DAD" w:rsidRDefault="00000000">
            <w:pPr>
              <w:spacing w:after="0"/>
            </w:pPr>
            <w:r>
              <w:t>Telefon / e-mail: ...........................................................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423E9" w14:textId="77777777" w:rsidR="00733DAD" w:rsidRDefault="00000000">
            <w:pPr>
              <w:spacing w:after="0"/>
            </w:pPr>
            <w:r>
              <w:t>Na Folimance 2155/15, 120 00 Praha</w:t>
            </w:r>
          </w:p>
        </w:tc>
      </w:tr>
      <w:tr w:rsidR="00733DAD" w14:paraId="33B75605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5F49" w14:textId="77777777" w:rsidR="00733DAD" w:rsidRDefault="00000000">
            <w:pPr>
              <w:spacing w:after="0"/>
            </w:pPr>
            <w:r>
              <w:t>Číslo objednávky / dokladu: 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7152" w14:textId="77777777" w:rsidR="00733DAD" w:rsidRDefault="00000000">
            <w:pPr>
              <w:spacing w:after="0"/>
            </w:pPr>
            <w:r>
              <w:t>info@eroute.cz</w:t>
            </w:r>
          </w:p>
        </w:tc>
      </w:tr>
    </w:tbl>
    <w:p w14:paraId="1B6BC1A1" w14:textId="77777777" w:rsidR="00733DAD" w:rsidRDefault="00000000">
      <w:r>
        <w:rPr>
          <w:b/>
        </w:rPr>
        <w:t>Datum uplatnění reklamace: ........................................</w:t>
      </w:r>
    </w:p>
    <w:p w14:paraId="0FEFFFBA" w14:textId="77777777" w:rsidR="00733DAD" w:rsidRDefault="00000000">
      <w:r>
        <w:rPr>
          <w:b/>
        </w:rPr>
        <w:t>Reklamované zařízení:</w:t>
      </w:r>
    </w:p>
    <w:p w14:paraId="05324BEE" w14:textId="77777777" w:rsidR="00733DAD" w:rsidRDefault="00000000">
      <w:r>
        <w:t>................................................................................................................................................................</w:t>
      </w:r>
    </w:p>
    <w:p w14:paraId="75979644" w14:textId="77777777" w:rsidR="00733DAD" w:rsidRDefault="00000000">
      <w:r>
        <w:rPr>
          <w:b/>
        </w:rPr>
        <w:t>Popis závady:</w:t>
      </w:r>
    </w:p>
    <w:p w14:paraId="536CA05E" w14:textId="77777777" w:rsidR="00733DAD" w:rsidRDefault="00000000">
      <w:r>
        <w:t>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................................................................................................................................................................</w:t>
      </w:r>
    </w:p>
    <w:p w14:paraId="0951251F" w14:textId="77777777" w:rsidR="00733DAD" w:rsidRDefault="00000000">
      <w:r>
        <w:rPr>
          <w:b/>
        </w:rPr>
        <w:t>Požadovaný způsob vyřízení reklamace:</w:t>
      </w:r>
    </w:p>
    <w:p w14:paraId="0909CA1E" w14:textId="77777777" w:rsidR="00733DAD" w:rsidRDefault="00000000">
      <w:r>
        <w:t>☐ oprava     ☐ výměna     ☐ jiný požadavek: ................................................................................................</w:t>
      </w:r>
    </w:p>
    <w:p w14:paraId="579B88AF" w14:textId="77777777" w:rsidR="00733DAD" w:rsidRDefault="00000000">
      <w:r>
        <w:rPr>
          <w:b/>
        </w:rPr>
        <w:t>Způsob předání reklamovaného zařízení k posouzení:</w:t>
      </w:r>
    </w:p>
    <w:p w14:paraId="04D78CBA" w14:textId="77777777" w:rsidR="00733DAD" w:rsidRDefault="00000000">
      <w:r>
        <w:t>☐ technik Eroute     ☐ externí dopravce     ☐ osobně v servisním středisku Eroute</w:t>
      </w:r>
    </w:p>
    <w:p w14:paraId="5C3E654E" w14:textId="77777777" w:rsidR="00733DAD" w:rsidRDefault="00000000">
      <w:r>
        <w:rPr>
          <w:i/>
        </w:rPr>
        <w:t>Servisní středisko: Stará Kysibelská 695/73b, 360 20 Karlovy Vary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5556"/>
      </w:tblGrid>
      <w:tr w:rsidR="00733DAD" w14:paraId="544A0C79" w14:textId="77777777">
        <w:trPr>
          <w:jc w:val="center"/>
        </w:trPr>
        <w:tc>
          <w:tcPr>
            <w:tcW w:w="4195" w:type="dxa"/>
          </w:tcPr>
          <w:p w14:paraId="60C141D8" w14:textId="77777777" w:rsidR="00733DAD" w:rsidRDefault="00000000">
            <w:pPr>
              <w:spacing w:after="0"/>
            </w:pPr>
            <w:r>
              <w:t>Sjednaný termín dopravy / předání:</w:t>
            </w:r>
          </w:p>
        </w:tc>
        <w:tc>
          <w:tcPr>
            <w:tcW w:w="5556" w:type="dxa"/>
          </w:tcPr>
          <w:p w14:paraId="7107D382" w14:textId="77777777" w:rsidR="00733DAD" w:rsidRDefault="00000000">
            <w:pPr>
              <w:spacing w:after="0"/>
            </w:pPr>
            <w:r>
              <w:t>........................................................</w:t>
            </w:r>
          </w:p>
        </w:tc>
      </w:tr>
      <w:tr w:rsidR="00733DAD" w14:paraId="28D80C57" w14:textId="77777777">
        <w:trPr>
          <w:jc w:val="center"/>
        </w:trPr>
        <w:tc>
          <w:tcPr>
            <w:tcW w:w="4195" w:type="dxa"/>
          </w:tcPr>
          <w:p w14:paraId="37CD6D87" w14:textId="77777777" w:rsidR="00733DAD" w:rsidRDefault="00000000">
            <w:pPr>
              <w:spacing w:after="0"/>
            </w:pPr>
            <w:r>
              <w:t>Datum doručení / předání technikovi:</w:t>
            </w:r>
          </w:p>
        </w:tc>
        <w:tc>
          <w:tcPr>
            <w:tcW w:w="5556" w:type="dxa"/>
          </w:tcPr>
          <w:p w14:paraId="5EEF9946" w14:textId="77777777" w:rsidR="00733DAD" w:rsidRDefault="00000000">
            <w:pPr>
              <w:spacing w:after="0"/>
            </w:pPr>
            <w:r>
              <w:t>........................................................</w:t>
            </w:r>
          </w:p>
        </w:tc>
      </w:tr>
      <w:tr w:rsidR="00733DAD" w14:paraId="4F6FD7BB" w14:textId="77777777">
        <w:trPr>
          <w:jc w:val="center"/>
        </w:trPr>
        <w:tc>
          <w:tcPr>
            <w:tcW w:w="4195" w:type="dxa"/>
          </w:tcPr>
          <w:p w14:paraId="035E2D64" w14:textId="77777777" w:rsidR="00733DAD" w:rsidRDefault="00000000">
            <w:pPr>
              <w:spacing w:after="0"/>
            </w:pPr>
            <w:r>
              <w:t>Sjednaná cena dopravy:</w:t>
            </w:r>
          </w:p>
        </w:tc>
        <w:tc>
          <w:tcPr>
            <w:tcW w:w="5556" w:type="dxa"/>
          </w:tcPr>
          <w:p w14:paraId="4F000941" w14:textId="77777777" w:rsidR="00733DAD" w:rsidRDefault="00000000">
            <w:pPr>
              <w:spacing w:after="0"/>
            </w:pPr>
            <w:r>
              <w:t>........................................ Kč</w:t>
            </w:r>
          </w:p>
        </w:tc>
      </w:tr>
    </w:tbl>
    <w:p w14:paraId="65A238D7" w14:textId="317EDAD9" w:rsidR="00733DAD" w:rsidRDefault="00000000" w:rsidP="00A0313B">
      <w:r>
        <w:rPr>
          <w:b/>
        </w:rPr>
        <w:t xml:space="preserve">Informace k předání a dopravě: </w:t>
      </w:r>
      <w:r>
        <w:t xml:space="preserve">Je-li doprava sjednána s prodávajícím, její způsob, termín a cena se dohodnou předem a zákazník sjednané náklady uhradí předem. Při uznání oprávněné reklamace a potvrzení záruční vady budou účelně vynaložené náklady na sjednanou dopravu zákazníkovi proplaceny. Pro posouzení reklamace je zákazník povinen umožnit přezkoumání reklamovaného zařízení. Po dobu, kdy neposkytne potřebnou součinnost a neumožní jeho přezkoumání, nemůže běžet 30denní lhůta pro vyřízení reklamace. Podrobnosti stanoví čl. 7.13 </w:t>
      </w:r>
      <w:proofErr w:type="spellStart"/>
      <w:r>
        <w:t>obchodních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Eroute</w:t>
      </w:r>
      <w:proofErr w:type="spellEnd"/>
      <w:r w:rsidR="00ED6C69">
        <w:t xml:space="preserve"> </w:t>
      </w:r>
      <w:proofErr w:type="spellStart"/>
      <w:r w:rsidR="00ED6C69">
        <w:t>dostupné</w:t>
      </w:r>
      <w:proofErr w:type="spellEnd"/>
      <w:r w:rsidR="00ED6C69">
        <w:t xml:space="preserve"> </w:t>
      </w:r>
      <w:proofErr w:type="spellStart"/>
      <w:r w:rsidR="00ED6C69">
        <w:t>na</w:t>
      </w:r>
      <w:proofErr w:type="spellEnd"/>
      <w:r w:rsidR="00ED6C69">
        <w:t xml:space="preserve"> </w:t>
      </w:r>
      <w:r w:rsidR="00ED6C69" w:rsidRPr="00ED6C69">
        <w:t>https://www.eroute.cz/obchodni-podminky/</w:t>
      </w:r>
      <w:r>
        <w:t>.</w:t>
      </w:r>
    </w:p>
    <w:p w14:paraId="0151110D" w14:textId="77777777" w:rsidR="00B5348E" w:rsidRDefault="00B5348E" w:rsidP="00A0313B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33DAD" w14:paraId="077DC54B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1B6B6D18" w14:textId="77777777" w:rsidR="00733DAD" w:rsidRDefault="00000000">
            <w:pPr>
              <w:spacing w:after="0"/>
            </w:pPr>
            <w:r>
              <w:t>V ................................ dne 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0344F529" w14:textId="77777777" w:rsidR="00733DAD" w:rsidRDefault="00000000">
            <w:pPr>
              <w:spacing w:after="0"/>
            </w:pPr>
            <w:r>
              <w:t>Podpis zákazníka: ........................................</w:t>
            </w:r>
          </w:p>
        </w:tc>
      </w:tr>
      <w:tr w:rsidR="00733DAD" w14:paraId="7A4FD865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7F0685D7" w14:textId="77777777" w:rsidR="00733DAD" w:rsidRDefault="00000000">
            <w:pPr>
              <w:spacing w:after="0"/>
            </w:pPr>
            <w:r>
              <w:t>Příloha: kopie kupního dokladu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384997C3" w14:textId="77777777" w:rsidR="00733DAD" w:rsidRDefault="00733DAD">
            <w:pPr>
              <w:spacing w:after="0"/>
            </w:pPr>
          </w:p>
        </w:tc>
      </w:tr>
    </w:tbl>
    <w:p w14:paraId="642DA29C" w14:textId="77777777" w:rsidR="001A2B25" w:rsidRDefault="001A2B25"/>
    <w:sectPr w:rsidR="001A2B25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9523224">
    <w:abstractNumId w:val="8"/>
  </w:num>
  <w:num w:numId="2" w16cid:durableId="607390651">
    <w:abstractNumId w:val="6"/>
  </w:num>
  <w:num w:numId="3" w16cid:durableId="1606696778">
    <w:abstractNumId w:val="5"/>
  </w:num>
  <w:num w:numId="4" w16cid:durableId="221870747">
    <w:abstractNumId w:val="4"/>
  </w:num>
  <w:num w:numId="5" w16cid:durableId="1377706594">
    <w:abstractNumId w:val="7"/>
  </w:num>
  <w:num w:numId="6" w16cid:durableId="503715057">
    <w:abstractNumId w:val="3"/>
  </w:num>
  <w:num w:numId="7" w16cid:durableId="241985965">
    <w:abstractNumId w:val="2"/>
  </w:num>
  <w:num w:numId="8" w16cid:durableId="2093700545">
    <w:abstractNumId w:val="1"/>
  </w:num>
  <w:num w:numId="9" w16cid:durableId="238103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B25"/>
    <w:rsid w:val="0029639D"/>
    <w:rsid w:val="00326F90"/>
    <w:rsid w:val="00634BA2"/>
    <w:rsid w:val="00733DAD"/>
    <w:rsid w:val="007B53A4"/>
    <w:rsid w:val="00A0313B"/>
    <w:rsid w:val="00AA1D8D"/>
    <w:rsid w:val="00B47730"/>
    <w:rsid w:val="00B5348E"/>
    <w:rsid w:val="00CB0664"/>
    <w:rsid w:val="00E64B24"/>
    <w:rsid w:val="00ED6C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38884"/>
  <w14:defaultImageDpi w14:val="300"/>
  <w15:docId w15:val="{25533B9D-E61B-3247-8C28-58D7E1D1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ED6C6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6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2236</Characters>
  <Application>Microsoft Office Word</Application>
  <DocSecurity>0</DocSecurity>
  <Lines>35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Datamatrix s.r.o.</cp:lastModifiedBy>
  <cp:revision>5</cp:revision>
  <dcterms:created xsi:type="dcterms:W3CDTF">2026-10-04T16:27:00Z</dcterms:created>
  <dcterms:modified xsi:type="dcterms:W3CDTF">2026-10-04T16:30:00Z</dcterms:modified>
  <cp:category/>
</cp:coreProperties>
</file>