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27CC7" w14:textId="77777777" w:rsidR="00B123AF" w:rsidRDefault="00000000">
      <w:pPr>
        <w:jc w:val="center"/>
      </w:pPr>
      <w:r>
        <w:rPr>
          <w:b/>
          <w:sz w:val="28"/>
        </w:rPr>
        <w:t>VZOROVÝ FORMULÁŘ PRO ODSTOUPENÍ OD KUPNÍ SMLOUVY</w:t>
      </w:r>
    </w:p>
    <w:p w14:paraId="21D993DE" w14:textId="77777777" w:rsidR="00B123AF" w:rsidRDefault="00000000">
      <w:pPr>
        <w:jc w:val="center"/>
      </w:pPr>
      <w:r>
        <w:rPr>
          <w:i/>
          <w:sz w:val="18"/>
        </w:rPr>
        <w:t>pro spotřebitele</w:t>
      </w:r>
    </w:p>
    <w:tbl>
      <w:tblPr>
        <w:tblW w:w="0" w:type="auto"/>
        <w:jc w:val="center"/>
        <w:tblLayout w:type="fixed"/>
        <w:tblLook w:val="04A0" w:firstRow="1" w:lastRow="0" w:firstColumn="1" w:lastColumn="0" w:noHBand="0" w:noVBand="1"/>
      </w:tblPr>
      <w:tblGrid>
        <w:gridCol w:w="5213"/>
        <w:gridCol w:w="5213"/>
      </w:tblGrid>
      <w:tr w:rsidR="00B123AF" w14:paraId="7EE9E5C3" w14:textId="77777777">
        <w:trPr>
          <w:jc w:val="center"/>
        </w:trPr>
        <w:tc>
          <w:tcPr>
            <w:tcW w:w="5213" w:type="dxa"/>
            <w:shd w:val="clear" w:color="auto" w:fill="EDEDED"/>
            <w:tcMar>
              <w:top w:w="80" w:type="dxa"/>
              <w:left w:w="100" w:type="dxa"/>
              <w:bottom w:w="80" w:type="dxa"/>
              <w:right w:w="100" w:type="dxa"/>
            </w:tcMar>
          </w:tcPr>
          <w:p w14:paraId="330A809E" w14:textId="77777777" w:rsidR="00B123AF" w:rsidRDefault="00000000">
            <w:r>
              <w:rPr>
                <w:b/>
              </w:rPr>
              <w:t>Prodávající</w:t>
            </w:r>
          </w:p>
          <w:p w14:paraId="34F5067D" w14:textId="77777777" w:rsidR="00B123AF" w:rsidRDefault="00000000">
            <w:r>
              <w:t>DATAMATRIX s.r.o.</w:t>
            </w:r>
            <w:r>
              <w:br/>
              <w:t>IČ: 08220697</w:t>
            </w:r>
            <w:r>
              <w:br/>
              <w:t>info@eroute.cz</w:t>
            </w:r>
          </w:p>
        </w:tc>
        <w:tc>
          <w:tcPr>
            <w:tcW w:w="5213" w:type="dxa"/>
            <w:shd w:val="clear" w:color="auto" w:fill="EDEDED"/>
            <w:tcMar>
              <w:top w:w="80" w:type="dxa"/>
              <w:left w:w="100" w:type="dxa"/>
              <w:bottom w:w="80" w:type="dxa"/>
              <w:right w:w="100" w:type="dxa"/>
            </w:tcMar>
          </w:tcPr>
          <w:p w14:paraId="3706C220" w14:textId="77777777" w:rsidR="00B123AF" w:rsidRDefault="00000000">
            <w:r>
              <w:rPr>
                <w:b/>
              </w:rPr>
              <w:t>Adresa pro vrácení zboží</w:t>
            </w:r>
          </w:p>
          <w:p w14:paraId="195221DD" w14:textId="77777777" w:rsidR="00B123AF" w:rsidRDefault="00000000">
            <w:r>
              <w:t>Stará Kysibelská 695/73b</w:t>
            </w:r>
            <w:r>
              <w:br/>
              <w:t>360 20 Karlovy Vary 1</w:t>
            </w:r>
          </w:p>
        </w:tc>
      </w:tr>
    </w:tbl>
    <w:p w14:paraId="6E2058CE" w14:textId="77777777" w:rsidR="00B123AF" w:rsidRDefault="00000000">
      <w:r>
        <w:t>Oznamuji, že tímto odstupuji od kupní smlouvy uzavřené s prodávajícím ve vztahu k níže uvedenému zboží:</w:t>
      </w:r>
    </w:p>
    <w:p w14:paraId="69FBD77C" w14:textId="77777777" w:rsidR="00B123AF" w:rsidRDefault="00000000">
      <w:r>
        <w:rPr>
          <w:b/>
        </w:rPr>
        <w:t>Zboží:</w:t>
      </w:r>
    </w:p>
    <w:p w14:paraId="7D86AB9A"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7BC54046" w14:textId="77777777">
        <w:trPr>
          <w:jc w:val="center"/>
        </w:trPr>
        <w:tc>
          <w:tcPr>
            <w:tcW w:w="5213" w:type="dxa"/>
            <w:tcMar>
              <w:top w:w="80" w:type="dxa"/>
              <w:left w:w="100" w:type="dxa"/>
              <w:bottom w:w="80" w:type="dxa"/>
              <w:right w:w="100" w:type="dxa"/>
            </w:tcMar>
            <w:vAlign w:val="center"/>
          </w:tcPr>
          <w:p w14:paraId="327220F1" w14:textId="77777777" w:rsidR="00B123AF" w:rsidRDefault="00000000">
            <w:r>
              <w:rPr>
                <w:b/>
              </w:rPr>
              <w:t>Číslo objednávky / prodejního dokladu:</w:t>
            </w:r>
            <w:r>
              <w:br/>
              <w:t>........................................................</w:t>
            </w:r>
          </w:p>
        </w:tc>
        <w:tc>
          <w:tcPr>
            <w:tcW w:w="5213" w:type="dxa"/>
            <w:tcMar>
              <w:top w:w="80" w:type="dxa"/>
              <w:left w:w="100" w:type="dxa"/>
              <w:bottom w:w="80" w:type="dxa"/>
              <w:right w:w="100" w:type="dxa"/>
            </w:tcMar>
            <w:vAlign w:val="center"/>
          </w:tcPr>
          <w:p w14:paraId="5F6689E7" w14:textId="77777777" w:rsidR="00B123AF" w:rsidRDefault="00000000">
            <w:r>
              <w:br/>
              <w:t>........................................................</w:t>
            </w:r>
          </w:p>
        </w:tc>
      </w:tr>
      <w:tr w:rsidR="00B123AF" w14:paraId="1F6A94CB" w14:textId="77777777">
        <w:trPr>
          <w:jc w:val="center"/>
        </w:trPr>
        <w:tc>
          <w:tcPr>
            <w:tcW w:w="5213" w:type="dxa"/>
            <w:tcMar>
              <w:top w:w="80" w:type="dxa"/>
              <w:left w:w="100" w:type="dxa"/>
              <w:bottom w:w="80" w:type="dxa"/>
              <w:right w:w="100" w:type="dxa"/>
            </w:tcMar>
            <w:vAlign w:val="center"/>
          </w:tcPr>
          <w:p w14:paraId="593FCA12" w14:textId="77777777" w:rsidR="00B123AF" w:rsidRDefault="00000000">
            <w:r>
              <w:rPr>
                <w:b/>
              </w:rPr>
              <w:t>Datum objednání:</w:t>
            </w:r>
            <w:r>
              <w:br/>
              <w:t>........................................................</w:t>
            </w:r>
          </w:p>
        </w:tc>
        <w:tc>
          <w:tcPr>
            <w:tcW w:w="5213" w:type="dxa"/>
            <w:tcMar>
              <w:top w:w="80" w:type="dxa"/>
              <w:left w:w="100" w:type="dxa"/>
              <w:bottom w:w="80" w:type="dxa"/>
              <w:right w:w="100" w:type="dxa"/>
            </w:tcMar>
            <w:vAlign w:val="center"/>
          </w:tcPr>
          <w:p w14:paraId="7F37EC20" w14:textId="77777777" w:rsidR="00B123AF" w:rsidRDefault="00000000">
            <w:r>
              <w:rPr>
                <w:b/>
              </w:rPr>
              <w:t>Datum převzetí zboží:</w:t>
            </w:r>
            <w:r>
              <w:br/>
              <w:t>........................................................</w:t>
            </w:r>
          </w:p>
        </w:tc>
      </w:tr>
      <w:tr w:rsidR="00B123AF" w14:paraId="4BADB5D2" w14:textId="77777777">
        <w:trPr>
          <w:jc w:val="center"/>
        </w:trPr>
        <w:tc>
          <w:tcPr>
            <w:tcW w:w="5213" w:type="dxa"/>
            <w:tcMar>
              <w:top w:w="80" w:type="dxa"/>
              <w:left w:w="100" w:type="dxa"/>
              <w:bottom w:w="80" w:type="dxa"/>
              <w:right w:w="100" w:type="dxa"/>
            </w:tcMar>
            <w:vAlign w:val="center"/>
          </w:tcPr>
          <w:p w14:paraId="56DAEB50" w14:textId="77777777" w:rsidR="00B123AF" w:rsidRDefault="00000000">
            <w:r>
              <w:rPr>
                <w:b/>
              </w:rPr>
              <w:t>Jméno a příjmení spotřebitele:</w:t>
            </w:r>
            <w:r>
              <w:br/>
              <w:t>........................................................</w:t>
            </w:r>
          </w:p>
        </w:tc>
        <w:tc>
          <w:tcPr>
            <w:tcW w:w="5213" w:type="dxa"/>
            <w:tcMar>
              <w:top w:w="80" w:type="dxa"/>
              <w:left w:w="100" w:type="dxa"/>
              <w:bottom w:w="80" w:type="dxa"/>
              <w:right w:w="100" w:type="dxa"/>
            </w:tcMar>
            <w:vAlign w:val="center"/>
          </w:tcPr>
          <w:p w14:paraId="2782456A" w14:textId="77777777" w:rsidR="00B123AF" w:rsidRDefault="00000000">
            <w:r>
              <w:rPr>
                <w:b/>
              </w:rPr>
              <w:t>Telefon / e-mail:</w:t>
            </w:r>
            <w:r>
              <w:br/>
              <w:t>........................................................</w:t>
            </w:r>
          </w:p>
        </w:tc>
      </w:tr>
    </w:tbl>
    <w:p w14:paraId="6225099C" w14:textId="77777777" w:rsidR="00B123AF" w:rsidRDefault="00000000">
      <w:r>
        <w:rPr>
          <w:b/>
        </w:rPr>
        <w:t>Adresa spotřebitele:</w:t>
      </w:r>
    </w:p>
    <w:p w14:paraId="41EE9B16" w14:textId="77777777" w:rsidR="00B123AF" w:rsidRDefault="00000000">
      <w:pPr>
        <w:spacing w:after="40"/>
      </w:pPr>
      <w:r>
        <w:t>................................................................................................................................................................</w:t>
      </w:r>
    </w:p>
    <w:p w14:paraId="79C066AB" w14:textId="77777777" w:rsidR="00B123AF" w:rsidRDefault="00000000">
      <w:r>
        <w:rPr>
          <w:b/>
        </w:rPr>
        <w:t>Způsob vrácení zboží prodávajícímu:</w:t>
      </w:r>
    </w:p>
    <w:p w14:paraId="652F997E" w14:textId="77777777" w:rsidR="00B123AF" w:rsidRDefault="00000000">
      <w:pPr>
        <w:spacing w:after="80"/>
      </w:pPr>
      <w:r>
        <w:t>☐ osobně na výše uvedené adrese     ☐ přepravcem / jiným způsobem</w:t>
      </w:r>
    </w:p>
    <w:p w14:paraId="6E205BD9" w14:textId="77777777" w:rsidR="00B123AF" w:rsidRDefault="00000000">
      <w:r>
        <w:rPr>
          <w:b/>
        </w:rPr>
        <w:t>Vrácení peněžních prostředků:</w:t>
      </w:r>
    </w:p>
    <w:p w14:paraId="6A70954E" w14:textId="77777777" w:rsidR="00B123AF" w:rsidRDefault="00000000">
      <w:r>
        <w:t>Peněžní prostředky budou vráceny stejným způsobem, jakým je prodávající přijal, nedohodnou-li se strany jinak. Pokud požaduji vrácení na bankovní účet, uvádím:</w:t>
      </w:r>
    </w:p>
    <w:p w14:paraId="7C1CCCBD" w14:textId="77777777" w:rsidR="00B123AF" w:rsidRDefault="00000000">
      <w:r>
        <w:t>Číslo účtu: ........................................................ / ....................</w:t>
      </w:r>
    </w:p>
    <w:p w14:paraId="77E77514" w14:textId="1622C194" w:rsidR="00B123AF" w:rsidRDefault="00000000">
      <w:pPr>
        <w:spacing w:before="60" w:after="120"/>
      </w:pPr>
      <w:r>
        <w:rPr>
          <w:b/>
        </w:rPr>
        <w:t xml:space="preserve">Informace k odstoupení: </w:t>
      </w:r>
      <w:r>
        <w:t xml:space="preserve">Zboží musí být prodávajícímu vráceno nejpozději do 14 dnů od odstoupení od smlouvy. Náklady spojené s vrácením zboží nese spotřebitel, a to i tehdy, pokud zboží vzhledem ke své povaze nelze vrátit obvyklou poštovní cestou. Prodávající není povinen vrátit přijaté peněžní prostředky dříve, než mu spotřebitel zboží vrátí nebo prokáže, že jej prodávajícímu odeslal. Podrobnosti stanoví čl. 5 </w:t>
      </w:r>
      <w:proofErr w:type="spellStart"/>
      <w:r>
        <w:t>obchodních</w:t>
      </w:r>
      <w:proofErr w:type="spellEnd"/>
      <w:r>
        <w:t xml:space="preserve"> </w:t>
      </w:r>
      <w:proofErr w:type="spellStart"/>
      <w:r>
        <w:t>podmínek</w:t>
      </w:r>
      <w:proofErr w:type="spellEnd"/>
      <w:r>
        <w:t xml:space="preserve"> </w:t>
      </w:r>
      <w:proofErr w:type="spellStart"/>
      <w:r>
        <w:t>Eroute</w:t>
      </w:r>
      <w:proofErr w:type="spellEnd"/>
      <w:r w:rsidR="00434B9D">
        <w:t xml:space="preserve">, </w:t>
      </w:r>
      <w:proofErr w:type="spellStart"/>
      <w:r w:rsidR="00434B9D">
        <w:t>dostupných</w:t>
      </w:r>
      <w:proofErr w:type="spellEnd"/>
      <w:r w:rsidR="00434B9D">
        <w:t xml:space="preserve"> </w:t>
      </w:r>
      <w:proofErr w:type="spellStart"/>
      <w:r w:rsidR="00434B9D">
        <w:t xml:space="preserve">na </w:t>
      </w:r>
      <w:proofErr w:type="spellEnd"/>
      <w:r w:rsidR="00434B9D" w:rsidRPr="00434B9D">
        <w:t>https://www.eroute.cz/obchodni-podminky/</w:t>
      </w:r>
      <w:r>
        <w:t>.</w:t>
      </w:r>
    </w:p>
    <w:tbl>
      <w:tblPr>
        <w:tblW w:w="0" w:type="auto"/>
        <w:jc w:val="center"/>
        <w:tblLook w:val="04A0" w:firstRow="1" w:lastRow="0" w:firstColumn="1" w:lastColumn="0" w:noHBand="0" w:noVBand="1"/>
      </w:tblPr>
      <w:tblGrid>
        <w:gridCol w:w="3475"/>
        <w:gridCol w:w="3475"/>
        <w:gridCol w:w="3475"/>
      </w:tblGrid>
      <w:tr w:rsidR="00B123AF" w14:paraId="386CF9A4" w14:textId="77777777">
        <w:trPr>
          <w:jc w:val="center"/>
        </w:trPr>
        <w:tc>
          <w:tcPr>
            <w:tcW w:w="3475" w:type="dxa"/>
            <w:tcMar>
              <w:top w:w="100" w:type="dxa"/>
              <w:left w:w="80" w:type="dxa"/>
              <w:bottom w:w="100" w:type="dxa"/>
              <w:right w:w="80" w:type="dxa"/>
            </w:tcMar>
          </w:tcPr>
          <w:p w14:paraId="05837B3A" w14:textId="77777777" w:rsidR="00B123AF" w:rsidRDefault="00000000">
            <w:r>
              <w:t>V ........................................</w:t>
            </w:r>
          </w:p>
        </w:tc>
        <w:tc>
          <w:tcPr>
            <w:tcW w:w="3475" w:type="dxa"/>
            <w:tcMar>
              <w:top w:w="100" w:type="dxa"/>
              <w:left w:w="80" w:type="dxa"/>
              <w:bottom w:w="100" w:type="dxa"/>
              <w:right w:w="80" w:type="dxa"/>
            </w:tcMar>
          </w:tcPr>
          <w:p w14:paraId="201B1665" w14:textId="77777777" w:rsidR="00B123AF" w:rsidRDefault="00000000">
            <w:r>
              <w:t>dne ........................................</w:t>
            </w:r>
          </w:p>
        </w:tc>
        <w:tc>
          <w:tcPr>
            <w:tcW w:w="3475" w:type="dxa"/>
            <w:tcMar>
              <w:top w:w="100" w:type="dxa"/>
              <w:left w:w="80" w:type="dxa"/>
              <w:bottom w:w="100" w:type="dxa"/>
              <w:right w:w="80" w:type="dxa"/>
            </w:tcMar>
          </w:tcPr>
          <w:p w14:paraId="4A36EE9E" w14:textId="77777777" w:rsidR="00B123AF" w:rsidRDefault="00000000">
            <w:r>
              <w:t>Podpis spotřebitele:</w:t>
            </w:r>
            <w:r>
              <w:br/>
              <w:t>........................................</w:t>
            </w:r>
          </w:p>
        </w:tc>
      </w:tr>
    </w:tbl>
    <w:p w14:paraId="47B1E50A" w14:textId="77777777" w:rsidR="00B123AF" w:rsidRDefault="00000000">
      <w:pPr>
        <w:spacing w:before="140"/>
      </w:pPr>
      <w:r>
        <w:rPr>
          <w:b/>
        </w:rPr>
        <w:t xml:space="preserve">Poznámka: </w:t>
      </w:r>
      <w:r>
        <w:rPr>
          <w:sz w:val="17"/>
        </w:rPr>
        <w:t>Použití tohoto formuláře není povinné. Odstoupení lze učinit také prostřednictvím funkce pro odstoupení dostupné ve webovém rozhraní obchodu dle čl. 5.8 obchodních podmínek.</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4B9D"/>
    <w:rsid w:val="00AA1D8D"/>
    <w:rsid w:val="00B123A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65A19"/>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2125</Characters>
  <Application>Microsoft Office Word</Application>
  <DocSecurity>0</DocSecurity>
  <Lines>43</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2026-10-04T16:36:00Z</dcterms:created>
  <dcterms:modified xsi:type="dcterms:W3CDTF">2026-10-04T16:36:00Z</dcterms:modified>
  <cp:category/>
</cp:coreProperties>
</file>